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3CA8" w14:textId="77777777" w:rsidR="0024591F" w:rsidRDefault="00FA1473">
      <w:pPr>
        <w:jc w:val="center"/>
      </w:pPr>
      <w:r>
        <w:rPr>
          <w:b/>
          <w:sz w:val="36"/>
        </w:rPr>
        <w:t>Financial Literacy Program Application Form</w:t>
      </w:r>
    </w:p>
    <w:p w14:paraId="20D0EC3F" w14:textId="77777777" w:rsidR="0024591F" w:rsidRDefault="00FA1473">
      <w:r>
        <w:rPr>
          <w:b/>
        </w:rPr>
        <w:t xml:space="preserve">Confidentiality &amp; Safety: </w:t>
      </w:r>
      <w:r>
        <w:t>Please provide only contact information that is safe for us to use. This form may be completed electronically without printing.</w:t>
      </w:r>
    </w:p>
    <w:p w14:paraId="0A03F7AB" w14:textId="77777777" w:rsidR="0024591F" w:rsidRDefault="00FA1473">
      <w:r>
        <w:rPr>
          <w:b/>
        </w:rPr>
        <w:t>Participant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24591F" w14:paraId="59E5B47A" w14:textId="77777777">
        <w:tc>
          <w:tcPr>
            <w:tcW w:w="5400" w:type="dxa"/>
          </w:tcPr>
          <w:p w14:paraId="5541193C" w14:textId="77777777" w:rsidR="0024591F" w:rsidRDefault="00FA1473">
            <w:r>
              <w:t>Full Name</w:t>
            </w:r>
          </w:p>
        </w:tc>
        <w:tc>
          <w:tcPr>
            <w:tcW w:w="5400" w:type="dxa"/>
          </w:tcPr>
          <w:p w14:paraId="3D7202E4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  <w:tr w:rsidR="0024591F" w14:paraId="7F05F15C" w14:textId="77777777">
        <w:tc>
          <w:tcPr>
            <w:tcW w:w="5400" w:type="dxa"/>
          </w:tcPr>
          <w:p w14:paraId="5C498961" w14:textId="77777777" w:rsidR="0024591F" w:rsidRDefault="00FA1473">
            <w:r>
              <w:t>Preferred Name</w:t>
            </w:r>
          </w:p>
        </w:tc>
        <w:tc>
          <w:tcPr>
            <w:tcW w:w="5400" w:type="dxa"/>
          </w:tcPr>
          <w:p w14:paraId="0C283F02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  <w:tr w:rsidR="0024591F" w14:paraId="0E0161D0" w14:textId="77777777">
        <w:tc>
          <w:tcPr>
            <w:tcW w:w="5400" w:type="dxa"/>
          </w:tcPr>
          <w:p w14:paraId="22095B1F" w14:textId="77777777" w:rsidR="0024591F" w:rsidRDefault="00FA1473">
            <w:r>
              <w:t>Phone Number</w:t>
            </w:r>
          </w:p>
        </w:tc>
        <w:tc>
          <w:tcPr>
            <w:tcW w:w="5400" w:type="dxa"/>
          </w:tcPr>
          <w:p w14:paraId="5BF9821C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  <w:tr w:rsidR="0024591F" w14:paraId="3AF72CE3" w14:textId="77777777">
        <w:tc>
          <w:tcPr>
            <w:tcW w:w="5400" w:type="dxa"/>
          </w:tcPr>
          <w:p w14:paraId="661222C8" w14:textId="77777777" w:rsidR="0024591F" w:rsidRDefault="00FA1473">
            <w:r>
              <w:t>Email Address</w:t>
            </w:r>
          </w:p>
        </w:tc>
        <w:tc>
          <w:tcPr>
            <w:tcW w:w="5400" w:type="dxa"/>
          </w:tcPr>
          <w:p w14:paraId="60CD31AA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  <w:tr w:rsidR="0024591F" w14:paraId="3576C7D8" w14:textId="77777777">
        <w:tc>
          <w:tcPr>
            <w:tcW w:w="5400" w:type="dxa"/>
          </w:tcPr>
          <w:p w14:paraId="3781CA0C" w14:textId="77777777" w:rsidR="0024591F" w:rsidRDefault="00FA1473">
            <w:r>
              <w:t>City/Town</w:t>
            </w:r>
          </w:p>
        </w:tc>
        <w:tc>
          <w:tcPr>
            <w:tcW w:w="5400" w:type="dxa"/>
          </w:tcPr>
          <w:p w14:paraId="0930F013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  <w:tr w:rsidR="0024591F" w14:paraId="6D39A084" w14:textId="77777777">
        <w:tc>
          <w:tcPr>
            <w:tcW w:w="5400" w:type="dxa"/>
          </w:tcPr>
          <w:p w14:paraId="28DD7320" w14:textId="77777777" w:rsidR="0024591F" w:rsidRDefault="00FA1473">
            <w:r>
              <w:t>Preferred Contact Method</w:t>
            </w:r>
          </w:p>
        </w:tc>
        <w:tc>
          <w:tcPr>
            <w:tcW w:w="5400" w:type="dxa"/>
          </w:tcPr>
          <w:p w14:paraId="52965B4E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  <w:tr w:rsidR="0024591F" w14:paraId="1746155A" w14:textId="77777777">
        <w:tc>
          <w:tcPr>
            <w:tcW w:w="5400" w:type="dxa"/>
          </w:tcPr>
          <w:p w14:paraId="56CFD858" w14:textId="77777777" w:rsidR="0024591F" w:rsidRDefault="00FA1473">
            <w:r>
              <w:t>Safe Contact Notes</w:t>
            </w:r>
          </w:p>
        </w:tc>
        <w:tc>
          <w:tcPr>
            <w:tcW w:w="5400" w:type="dxa"/>
          </w:tcPr>
          <w:p w14:paraId="7EAB937D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Click or tap here to enter text</w:t>
            </w:r>
          </w:p>
        </w:tc>
      </w:tr>
    </w:tbl>
    <w:p w14:paraId="76ADE9BF" w14:textId="77777777" w:rsidR="0024591F" w:rsidRDefault="00FA1473">
      <w:r>
        <w:rPr>
          <w:b/>
        </w:rPr>
        <w:t>Eligibility &amp; Program Fit</w:t>
      </w:r>
    </w:p>
    <w:p w14:paraId="08ED2C3E" w14:textId="0AD815FA" w:rsidR="0024591F" w:rsidRDefault="00FA1473">
      <w:r>
        <w:t>☐</w:t>
      </w:r>
      <w:r>
        <w:t xml:space="preserve"> Currently experiencing IPV/DV   </w:t>
      </w:r>
      <w:r w:rsidR="00F936AC">
        <w:tab/>
      </w:r>
      <w:r w:rsidR="00F936AC">
        <w:tab/>
      </w:r>
      <w:r w:rsidR="00F936AC">
        <w:tab/>
        <w:t xml:space="preserve">  </w:t>
      </w:r>
      <w:r>
        <w:t>☐</w:t>
      </w:r>
      <w:r>
        <w:t xml:space="preserve"> Previously experienced IPV/DV</w:t>
      </w:r>
    </w:p>
    <w:p w14:paraId="0DC6F0B6" w14:textId="1ECFDDBB" w:rsidR="0024591F" w:rsidRDefault="00FA1473">
      <w:r>
        <w:t>☐</w:t>
      </w:r>
      <w:r>
        <w:t xml:space="preserve"> Leaving an abusive relationship</w:t>
      </w:r>
      <w:r w:rsidR="00F936AC">
        <w:tab/>
      </w:r>
      <w:r w:rsidR="00F936AC">
        <w:tab/>
      </w:r>
      <w:r w:rsidR="00F936AC">
        <w:tab/>
      </w:r>
      <w:r>
        <w:t xml:space="preserve"> </w:t>
      </w:r>
      <w:r w:rsidR="00F936AC">
        <w:t xml:space="preserve"> </w:t>
      </w:r>
      <w:r>
        <w:t>☐</w:t>
      </w:r>
      <w:r>
        <w:t xml:space="preserve"> Recently left an abusive relationship</w:t>
      </w:r>
    </w:p>
    <w:p w14:paraId="240D33B6" w14:textId="77777777" w:rsidR="0024591F" w:rsidRDefault="00FA1473">
      <w:r>
        <w:t>☐</w:t>
      </w:r>
      <w:r>
        <w:t xml:space="preserve"> Prefer not to answer</w:t>
      </w:r>
    </w:p>
    <w:p w14:paraId="29858C6F" w14:textId="77777777" w:rsidR="0024591F" w:rsidRDefault="00FA1473">
      <w:r>
        <w:rPr>
          <w:b/>
        </w:rPr>
        <w:t>Current Financial Situation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24591F" w14:paraId="18A0FE9C" w14:textId="77777777">
        <w:tc>
          <w:tcPr>
            <w:tcW w:w="5400" w:type="dxa"/>
          </w:tcPr>
          <w:p w14:paraId="03694476" w14:textId="77777777" w:rsidR="0024591F" w:rsidRDefault="00FA1473">
            <w:r>
              <w:t>Employment Status</w:t>
            </w:r>
          </w:p>
        </w:tc>
        <w:tc>
          <w:tcPr>
            <w:tcW w:w="5400" w:type="dxa"/>
          </w:tcPr>
          <w:p w14:paraId="787416F0" w14:textId="77777777" w:rsidR="0024591F" w:rsidRPr="00F936AC" w:rsidRDefault="00FA1473">
            <w:pPr>
              <w:rPr>
                <w:b/>
                <w:bCs/>
                <w:i/>
                <w:iCs/>
              </w:rPr>
            </w:pPr>
            <w:r w:rsidRPr="00F936AC">
              <w:rPr>
                <w:b/>
                <w:bCs/>
                <w:i/>
                <w:iCs/>
              </w:rPr>
              <w:t>Enter response</w:t>
            </w:r>
          </w:p>
        </w:tc>
      </w:tr>
      <w:tr w:rsidR="0024591F" w14:paraId="74AB836C" w14:textId="77777777">
        <w:tc>
          <w:tcPr>
            <w:tcW w:w="5400" w:type="dxa"/>
          </w:tcPr>
          <w:p w14:paraId="73545F3D" w14:textId="77777777" w:rsidR="0024591F" w:rsidRDefault="00FA1473">
            <w:r>
              <w:t>Access to own bank account?</w:t>
            </w:r>
          </w:p>
        </w:tc>
        <w:tc>
          <w:tcPr>
            <w:tcW w:w="5400" w:type="dxa"/>
          </w:tcPr>
          <w:p w14:paraId="06D6ACB0" w14:textId="77777777" w:rsidR="0024591F" w:rsidRDefault="00FA1473">
            <w:r>
              <w:t>Yes / No / Prefer not to answer</w:t>
            </w:r>
          </w:p>
        </w:tc>
      </w:tr>
    </w:tbl>
    <w:p w14:paraId="316122DA" w14:textId="77777777" w:rsidR="0024591F" w:rsidRDefault="00FA1473">
      <w:r>
        <w:rPr>
          <w:b/>
        </w:rPr>
        <w:t>Financial Goals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24591F" w14:paraId="12C20FD4" w14:textId="77777777">
        <w:tc>
          <w:tcPr>
            <w:tcW w:w="10800" w:type="dxa"/>
          </w:tcPr>
          <w:p w14:paraId="7682CB66" w14:textId="77777777" w:rsidR="0024591F" w:rsidRDefault="00FA1473">
            <w:r>
              <w:t>Goal 1:</w:t>
            </w:r>
            <w:r>
              <w:br/>
            </w:r>
            <w:r>
              <w:br/>
            </w:r>
          </w:p>
        </w:tc>
      </w:tr>
      <w:tr w:rsidR="0024591F" w14:paraId="454B89A7" w14:textId="77777777">
        <w:tc>
          <w:tcPr>
            <w:tcW w:w="10800" w:type="dxa"/>
          </w:tcPr>
          <w:p w14:paraId="39E5F096" w14:textId="77777777" w:rsidR="0024591F" w:rsidRDefault="00FA1473">
            <w:r>
              <w:t>Goal 2:</w:t>
            </w:r>
            <w:r>
              <w:br/>
            </w:r>
            <w:r>
              <w:br/>
            </w:r>
          </w:p>
        </w:tc>
      </w:tr>
      <w:tr w:rsidR="0024591F" w14:paraId="78C492D9" w14:textId="77777777">
        <w:tc>
          <w:tcPr>
            <w:tcW w:w="10800" w:type="dxa"/>
          </w:tcPr>
          <w:p w14:paraId="7DEC995D" w14:textId="77777777" w:rsidR="0024591F" w:rsidRDefault="00FA1473">
            <w:r>
              <w:t>Goal 3:</w:t>
            </w:r>
            <w:r>
              <w:br/>
            </w:r>
            <w:r>
              <w:lastRenderedPageBreak/>
              <w:br/>
            </w:r>
          </w:p>
        </w:tc>
      </w:tr>
      <w:tr w:rsidR="0024591F" w14:paraId="18F5465E" w14:textId="77777777">
        <w:tc>
          <w:tcPr>
            <w:tcW w:w="10800" w:type="dxa"/>
          </w:tcPr>
          <w:p w14:paraId="284277A9" w14:textId="77777777" w:rsidR="0024591F" w:rsidRDefault="00FA1473">
            <w:r>
              <w:lastRenderedPageBreak/>
              <w:t>Current Financial Challenges:</w:t>
            </w:r>
            <w:r>
              <w:br/>
            </w:r>
            <w:r>
              <w:br/>
            </w:r>
          </w:p>
        </w:tc>
      </w:tr>
      <w:tr w:rsidR="0024591F" w14:paraId="58E8B967" w14:textId="77777777">
        <w:tc>
          <w:tcPr>
            <w:tcW w:w="10800" w:type="dxa"/>
          </w:tcPr>
          <w:p w14:paraId="149951ED" w14:textId="77777777" w:rsidR="0024591F" w:rsidRDefault="00FA1473">
            <w:r>
              <w:t>Skills You Want to Improve:</w:t>
            </w:r>
            <w:r>
              <w:br/>
            </w:r>
            <w:r>
              <w:br/>
            </w:r>
          </w:p>
        </w:tc>
      </w:tr>
    </w:tbl>
    <w:p w14:paraId="731D891E" w14:textId="77777777" w:rsidR="0024591F" w:rsidRDefault="00FA1473">
      <w:r>
        <w:rPr>
          <w:b/>
        </w:rPr>
        <w:t>Program Motivation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24591F" w14:paraId="715362EA" w14:textId="77777777">
        <w:tc>
          <w:tcPr>
            <w:tcW w:w="10800" w:type="dxa"/>
          </w:tcPr>
          <w:p w14:paraId="4F2248E5" w14:textId="77777777" w:rsidR="0024591F" w:rsidRDefault="00FA1473">
            <w:r>
              <w:t>Why are you interested in this program?</w:t>
            </w:r>
            <w:r>
              <w:br/>
            </w:r>
            <w:r>
              <w:br/>
            </w:r>
          </w:p>
        </w:tc>
      </w:tr>
      <w:tr w:rsidR="0024591F" w14:paraId="41D55720" w14:textId="77777777">
        <w:tc>
          <w:tcPr>
            <w:tcW w:w="10800" w:type="dxa"/>
          </w:tcPr>
          <w:p w14:paraId="2706902A" w14:textId="77777777" w:rsidR="0024591F" w:rsidRDefault="00FA1473">
            <w:r>
              <w:t>How do you hope this program will help you?</w:t>
            </w:r>
            <w:r>
              <w:br/>
            </w:r>
            <w:r>
              <w:br/>
            </w:r>
          </w:p>
        </w:tc>
      </w:tr>
      <w:tr w:rsidR="0024591F" w14:paraId="2A827E3D" w14:textId="77777777">
        <w:tc>
          <w:tcPr>
            <w:tcW w:w="10800" w:type="dxa"/>
          </w:tcPr>
          <w:p w14:paraId="307C457C" w14:textId="77777777" w:rsidR="0024591F" w:rsidRDefault="00FA1473">
            <w:r>
              <w:t>What would success look like after completing the program?</w:t>
            </w:r>
            <w:r>
              <w:br/>
            </w:r>
            <w:r>
              <w:br/>
            </w:r>
          </w:p>
        </w:tc>
      </w:tr>
    </w:tbl>
    <w:p w14:paraId="6B31BBFB" w14:textId="77777777" w:rsidR="0024591F" w:rsidRDefault="00FA1473">
      <w:r>
        <w:rPr>
          <w:b/>
        </w:rPr>
        <w:t>Participation &amp; Supports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24591F" w14:paraId="7A6369D9" w14:textId="77777777">
        <w:tc>
          <w:tcPr>
            <w:tcW w:w="5400" w:type="dxa"/>
          </w:tcPr>
          <w:p w14:paraId="6E057382" w14:textId="77777777" w:rsidR="0024591F" w:rsidRDefault="00FA1473">
            <w:r>
              <w:t>How did you hear about the program?</w:t>
            </w:r>
          </w:p>
        </w:tc>
        <w:tc>
          <w:tcPr>
            <w:tcW w:w="5400" w:type="dxa"/>
          </w:tcPr>
          <w:p w14:paraId="622D2EA5" w14:textId="77777777" w:rsidR="0024591F" w:rsidRPr="00B70F7C" w:rsidRDefault="00FA1473">
            <w:pPr>
              <w:rPr>
                <w:b/>
                <w:bCs/>
                <w:i/>
                <w:iCs/>
              </w:rPr>
            </w:pPr>
            <w:r w:rsidRPr="00B70F7C">
              <w:rPr>
                <w:b/>
                <w:bCs/>
                <w:i/>
                <w:iCs/>
              </w:rPr>
              <w:t>Enter response</w:t>
            </w:r>
          </w:p>
        </w:tc>
      </w:tr>
      <w:tr w:rsidR="0024591F" w14:paraId="7F35C307" w14:textId="77777777">
        <w:tc>
          <w:tcPr>
            <w:tcW w:w="5400" w:type="dxa"/>
          </w:tcPr>
          <w:p w14:paraId="52E097FA" w14:textId="77777777" w:rsidR="0024591F" w:rsidRDefault="00FA1473">
            <w:r>
              <w:t>Accommodation or accessibility needs</w:t>
            </w:r>
          </w:p>
        </w:tc>
        <w:tc>
          <w:tcPr>
            <w:tcW w:w="5400" w:type="dxa"/>
          </w:tcPr>
          <w:p w14:paraId="0D332C43" w14:textId="77777777" w:rsidR="0024591F" w:rsidRPr="00B70F7C" w:rsidRDefault="00FA1473">
            <w:pPr>
              <w:rPr>
                <w:b/>
                <w:bCs/>
                <w:i/>
                <w:iCs/>
              </w:rPr>
            </w:pPr>
            <w:r w:rsidRPr="00B70F7C">
              <w:rPr>
                <w:b/>
                <w:bCs/>
                <w:i/>
                <w:iCs/>
              </w:rPr>
              <w:t>Enter response</w:t>
            </w:r>
          </w:p>
        </w:tc>
      </w:tr>
    </w:tbl>
    <w:p w14:paraId="4C87E8B1" w14:textId="77777777" w:rsidR="0024591F" w:rsidRDefault="00FA1473">
      <w:r>
        <w:rPr>
          <w:b/>
        </w:rPr>
        <w:t>Consent &amp; Signature</w:t>
      </w:r>
    </w:p>
    <w:p w14:paraId="14F69F9A" w14:textId="77777777" w:rsidR="0024591F" w:rsidRDefault="00FA1473">
      <w:r>
        <w:t>I understand that the information collected will be used to assess program suitability and support participation. Information will be kept confidential within program requirements.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24591F" w14:paraId="400AED30" w14:textId="77777777">
        <w:tc>
          <w:tcPr>
            <w:tcW w:w="5400" w:type="dxa"/>
          </w:tcPr>
          <w:p w14:paraId="54558D7E" w14:textId="77777777" w:rsidR="0024591F" w:rsidRDefault="00FA1473">
            <w:r>
              <w:t>Participant Name</w:t>
            </w:r>
          </w:p>
        </w:tc>
        <w:tc>
          <w:tcPr>
            <w:tcW w:w="5400" w:type="dxa"/>
          </w:tcPr>
          <w:p w14:paraId="7121FD9A" w14:textId="77777777" w:rsidR="0024591F" w:rsidRDefault="00FA1473">
            <w:r>
              <w:t>Type Name</w:t>
            </w:r>
          </w:p>
        </w:tc>
      </w:tr>
      <w:tr w:rsidR="0024591F" w14:paraId="3889F616" w14:textId="77777777">
        <w:tc>
          <w:tcPr>
            <w:tcW w:w="5400" w:type="dxa"/>
          </w:tcPr>
          <w:p w14:paraId="7E3A282B" w14:textId="77777777" w:rsidR="0024591F" w:rsidRDefault="00FA1473">
            <w:r>
              <w:t>Date</w:t>
            </w:r>
          </w:p>
        </w:tc>
        <w:tc>
          <w:tcPr>
            <w:tcW w:w="5400" w:type="dxa"/>
          </w:tcPr>
          <w:p w14:paraId="182402BE" w14:textId="77777777" w:rsidR="0024591F" w:rsidRDefault="00FA1473">
            <w:r>
              <w:t>Enter Date</w:t>
            </w:r>
          </w:p>
        </w:tc>
      </w:tr>
    </w:tbl>
    <w:p w14:paraId="2DD70E7B" w14:textId="031EE132" w:rsidR="00FA1473" w:rsidRDefault="00FA1473">
      <w:r>
        <w:t xml:space="preserve">Please return the completed Application form to </w:t>
      </w:r>
      <w:hyperlink r:id="rId8" w:history="1">
        <w:r w:rsidRPr="00505FB1">
          <w:rPr>
            <w:rStyle w:val="Hyperlink"/>
          </w:rPr>
          <w:t>admin@kamloopsefry.com</w:t>
        </w:r>
      </w:hyperlink>
      <w:r>
        <w:t xml:space="preserve"> </w:t>
      </w:r>
    </w:p>
    <w:sectPr w:rsidR="00000000" w:rsidSect="00034616">
      <w:headerReference w:type="default" r:id="rId9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2C1D" w14:textId="77777777" w:rsidR="000773B1" w:rsidRDefault="000773B1" w:rsidP="000773B1">
      <w:pPr>
        <w:spacing w:after="0" w:line="240" w:lineRule="auto"/>
      </w:pPr>
      <w:r>
        <w:separator/>
      </w:r>
    </w:p>
  </w:endnote>
  <w:endnote w:type="continuationSeparator" w:id="0">
    <w:p w14:paraId="66D124F6" w14:textId="77777777" w:rsidR="000773B1" w:rsidRDefault="000773B1" w:rsidP="0007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EA174" w14:textId="77777777" w:rsidR="000773B1" w:rsidRDefault="000773B1" w:rsidP="000773B1">
      <w:pPr>
        <w:spacing w:after="0" w:line="240" w:lineRule="auto"/>
      </w:pPr>
      <w:r>
        <w:separator/>
      </w:r>
    </w:p>
  </w:footnote>
  <w:footnote w:type="continuationSeparator" w:id="0">
    <w:p w14:paraId="6A14CBFC" w14:textId="77777777" w:rsidR="000773B1" w:rsidRDefault="000773B1" w:rsidP="00077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B4BA" w14:textId="524E8376" w:rsidR="000773B1" w:rsidRPr="000773B1" w:rsidRDefault="000773B1" w:rsidP="000773B1">
    <w:pPr>
      <w:pStyle w:val="Header"/>
      <w:jc w:val="center"/>
      <w:rPr>
        <w:lang w:val="en-CA"/>
      </w:rPr>
    </w:pPr>
    <w:r w:rsidRPr="000773B1">
      <w:rPr>
        <w:lang w:val="en-CA"/>
      </w:rPr>
      <w:drawing>
        <wp:inline distT="0" distB="0" distL="0" distR="0" wp14:anchorId="5AD233C3" wp14:editId="2F30AC92">
          <wp:extent cx="2651760" cy="714502"/>
          <wp:effectExtent l="0" t="0" r="0" b="9525"/>
          <wp:docPr id="14891159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5450" cy="718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B4F0FF" w14:textId="6C820033" w:rsidR="000773B1" w:rsidRDefault="000773B1">
    <w:pPr>
      <w:pStyle w:val="Header"/>
    </w:pPr>
  </w:p>
  <w:p w14:paraId="2D02B4E8" w14:textId="77777777" w:rsidR="000773B1" w:rsidRDefault="000773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2721671">
    <w:abstractNumId w:val="8"/>
  </w:num>
  <w:num w:numId="2" w16cid:durableId="1102067263">
    <w:abstractNumId w:val="6"/>
  </w:num>
  <w:num w:numId="3" w16cid:durableId="581061944">
    <w:abstractNumId w:val="5"/>
  </w:num>
  <w:num w:numId="4" w16cid:durableId="1880820260">
    <w:abstractNumId w:val="4"/>
  </w:num>
  <w:num w:numId="5" w16cid:durableId="193269845">
    <w:abstractNumId w:val="7"/>
  </w:num>
  <w:num w:numId="6" w16cid:durableId="1036203286">
    <w:abstractNumId w:val="3"/>
  </w:num>
  <w:num w:numId="7" w16cid:durableId="554973511">
    <w:abstractNumId w:val="2"/>
  </w:num>
  <w:num w:numId="8" w16cid:durableId="1608000814">
    <w:abstractNumId w:val="1"/>
  </w:num>
  <w:num w:numId="9" w16cid:durableId="3139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3B1"/>
    <w:rsid w:val="0015074B"/>
    <w:rsid w:val="0024591F"/>
    <w:rsid w:val="0029639D"/>
    <w:rsid w:val="00326F90"/>
    <w:rsid w:val="0087594C"/>
    <w:rsid w:val="00AA1D8D"/>
    <w:rsid w:val="00B47730"/>
    <w:rsid w:val="00B70F7C"/>
    <w:rsid w:val="00C239FF"/>
    <w:rsid w:val="00C61748"/>
    <w:rsid w:val="00CB0664"/>
    <w:rsid w:val="00F936AC"/>
    <w:rsid w:val="00FA14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062061"/>
  <w14:defaultImageDpi w14:val="300"/>
  <w15:docId w15:val="{1095C571-FB75-4452-9444-8E0B604E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773B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14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kamloopsefr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Holly-Rose Vesper</dc:creator>
  <cp:keywords/>
  <dc:description>generated by python-docx</dc:description>
  <cp:lastModifiedBy>Holly-Rose Vesper</cp:lastModifiedBy>
  <cp:revision>6</cp:revision>
  <dcterms:created xsi:type="dcterms:W3CDTF">2026-08-13T18:37:00Z</dcterms:created>
  <dcterms:modified xsi:type="dcterms:W3CDTF">2026-08-13T22:34:00Z</dcterms:modified>
  <cp:category/>
</cp:coreProperties>
</file>